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C8361F"/>
          <w:sz w:val="18"/>
        </w:rPr>
        <w:t>BRAND GUIDELINES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3118"/>
        </w:trPr>
        <w:tc>
          <w:tcPr>
            <w:tcW w:type="dxa" w:w="9866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Your logo</w:t>
            </w:r>
          </w:p>
        </w:tc>
      </w:tr>
    </w:tbl>
    <w:p/>
    <w:p>
      <w:r>
        <w:rPr>
          <w:b/>
          <w:i w:val="0"/>
          <w:color w:val="8A877F"/>
          <w:sz w:val="68"/>
        </w:rPr>
        <w:t>[Your business name]</w:t>
      </w:r>
    </w:p>
    <w:p>
      <w:r>
        <w:rPr>
          <w:b/>
          <w:i w:val="0"/>
          <w:sz w:val="68"/>
        </w:rPr>
        <w:t>Brand guidelines</w:t>
      </w:r>
    </w:p>
    <w:p/>
    <w:p>
      <w:pPr>
        <w:pStyle w:val="Heading2"/>
      </w:pPr>
      <w:r>
        <w:t>Version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Last updated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Questions about the brand: name and email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01  </w:t>
      </w:r>
      <w:r>
        <w:rPr>
          <w:b w:val="0"/>
          <w:i w:val="0"/>
        </w:rPr>
        <w:t>Using these guidelines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Anyone who makes something with your name on it should be able to get it right without asking you: staff, printers, sign makers, web designers. Keep this guide short. One that gets read beats one that covers everything.</w:t>
            </w:r>
          </w:p>
        </w:tc>
      </w:tr>
    </w:tbl>
    <w:p>
      <w:pPr>
        <w:pStyle w:val="Heading2"/>
      </w:pPr>
      <w:r>
        <w:t>Who this guide is for</w:t>
      </w:r>
    </w:p>
    <w:p>
      <w:r>
        <w:rPr>
          <w:b w:val="0"/>
          <w:i w:val="0"/>
          <w:color w:val="8A877F"/>
          <w:sz w:val="17"/>
        </w:rPr>
        <w:t>e.g. our team, our printers and sign makers, and anyone who builds our website or posts for us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Where the latest version and the logo files are kept</w:t>
      </w:r>
    </w:p>
    <w:p>
      <w:r>
        <w:rPr>
          <w:b w:val="0"/>
          <w:i w:val="0"/>
          <w:color w:val="8A877F"/>
          <w:sz w:val="17"/>
        </w:rPr>
        <w:t>e.g. a link to a shared folder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Who approves anything new that uses the brand</w:t>
      </w:r>
    </w:p>
    <w:p>
      <w:r>
        <w:rPr>
          <w:b w:val="0"/>
          <w:i w:val="0"/>
          <w:color w:val="8A877F"/>
          <w:sz w:val="17"/>
        </w:rPr>
        <w:t>name and email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If people remember only three things from this guide</w:t>
      </w:r>
    </w:p>
    <w:p>
      <w:r>
        <w:rPr>
          <w:b w:val="0"/>
          <w:i w:val="0"/>
          <w:color w:val="8A877F"/>
          <w:sz w:val="17"/>
        </w:rPr>
        <w:t>e.g. always use the logo files from the shared folder; never stretch the logo; write the way we speak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02  </w:t>
      </w:r>
      <w:r>
        <w:rPr>
          <w:b w:val="0"/>
          <w:i w:val="0"/>
        </w:rPr>
        <w:t>Our brand in a few sentences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Everything else in this guide follows from this page. If a design or a post doesn't fit what's written here, it's off-brand, however good it looks.</w:t>
            </w:r>
          </w:p>
        </w:tc>
      </w:tr>
    </w:tbl>
    <w:p>
      <w:pPr>
        <w:pStyle w:val="Heading2"/>
      </w:pPr>
      <w:r>
        <w:t>What we do, for whom, and where, in one sentence</w:t>
      </w:r>
    </w:p>
    <w:p>
      <w:r>
        <w:rPr>
          <w:b w:val="0"/>
          <w:i w:val="0"/>
          <w:color w:val="8A877F"/>
          <w:sz w:val="17"/>
        </w:rPr>
        <w:t>e.g. We fit and repair boilers for homes across Leicester.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Who our customers are</w:t>
      </w:r>
    </w:p>
    <w:p>
      <w:r>
        <w:rPr>
          <w:b w:val="0"/>
          <w:i w:val="0"/>
          <w:color w:val="8A877F"/>
          <w:sz w:val="17"/>
        </w:rPr>
        <w:t>e.g. homeowners and landlords, mostly booking by phone or WhatsApp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What makes us different</w:t>
      </w:r>
    </w:p>
    <w:p>
      <w:r>
        <w:rPr>
          <w:b w:val="0"/>
          <w:i w:val="0"/>
          <w:color w:val="8A877F"/>
          <w:sz w:val="17"/>
        </w:rPr>
        <w:t>the reason a customer picks us over the business down the road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Three words that describe our personality</w:t>
      </w:r>
    </w:p>
    <w:p>
      <w:r>
        <w:rPr>
          <w:b w:val="0"/>
          <w:i w:val="0"/>
          <w:color w:val="8A877F"/>
          <w:sz w:val="17"/>
        </w:rPr>
        <w:t>e.g. straightforward, warm, quick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rHeight w:val="454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7"/>
              </w:rPr>
              <w:t xml:space="preserve">1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7"/>
              </w:rPr>
              <w:t xml:space="preserve">2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7"/>
              </w:rPr>
              <w:t xml:space="preserve">3  </w:t>
            </w:r>
          </w:p>
        </w:tc>
      </w:tr>
    </w:tbl>
    <w:p>
      <w:pPr>
        <w:pStyle w:val="Heading2"/>
      </w:pPr>
      <w:r>
        <w:t>Our tagline, if we have one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03  </w:t>
      </w:r>
      <w:r>
        <w:rPr>
          <w:b w:val="0"/>
          <w:i w:val="0"/>
        </w:rPr>
        <w:t>Our logo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Shows every version of the logo and says which one goes where, so nobody picks the wrong file or makes their own.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2268"/>
        </w:trPr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Main logo</w:t>
            </w:r>
          </w:p>
        </w:tc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Second version (stacked or side by side)</w:t>
            </w:r>
          </w:p>
        </w:tc>
      </w:tr>
      <w:tr>
        <w:trPr>
          <w:trHeight w:val="2268"/>
        </w:trPr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Icon or monogram</w:t>
            </w:r>
          </w:p>
        </w:tc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One colour and reversed</w:t>
            </w:r>
          </w:p>
        </w:tc>
      </w:tr>
    </w:tbl>
    <w:p/>
    <w:p>
      <w:pPr>
        <w:pStyle w:val="Heading2"/>
      </w:pPr>
      <w:r>
        <w:t>Which version to use where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Where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Version to use</w:t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Website header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Social media profile pictures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Vans and signs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Embroidery on workwear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Documents, quotes and invoices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04  </w:t>
      </w:r>
      <w:r>
        <w:rPr>
          <w:b w:val="0"/>
          <w:i w:val="0"/>
        </w:rPr>
        <w:t>Space and size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Stops the logo being crowded by other things or shrunk until nobody can read it.</w:t>
            </w:r>
          </w:p>
        </w:tc>
      </w:tr>
    </w:tbl>
    <w:p>
      <w:pPr>
        <w:pStyle w:val="Heading2"/>
      </w:pPr>
      <w:r>
        <w:t>Clear space around the logo</w:t>
      </w:r>
    </w:p>
    <w:p>
      <w:r>
        <w:rPr>
          <w:b w:val="0"/>
          <w:i w:val="0"/>
          <w:color w:val="8A877F"/>
          <w:sz w:val="17"/>
        </w:rPr>
        <w:t>e.g. on every side, leave a gap at least as wide as the height of the letter o in our name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Smallest size in print</w:t>
      </w:r>
    </w:p>
    <w:p>
      <w:r>
        <w:rPr>
          <w:b w:val="0"/>
          <w:i w:val="0"/>
          <w:color w:val="8A877F"/>
          <w:sz w:val="17"/>
        </w:rPr>
        <w:t>width in mm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Smallest size on screen</w:t>
      </w:r>
    </w:p>
    <w:p>
      <w:r>
        <w:rPr>
          <w:b w:val="0"/>
          <w:i w:val="0"/>
          <w:color w:val="8A877F"/>
          <w:sz w:val="17"/>
        </w:rPr>
        <w:t>width in pixels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3118"/>
        </w:trPr>
        <w:tc>
          <w:tcPr>
            <w:tcW w:type="dxa" w:w="9866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Sketch the logo with its clear space marked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05  </w:t>
      </w:r>
      <w:r>
        <w:rPr>
          <w:b w:val="0"/>
          <w:i w:val="0"/>
        </w:rPr>
        <w:t>What not to do with the logo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The mistakes people make most often, so they know what to avoid. Tick the ones that apply and add your own.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  <w:t>Don't stretch or squash it.</w:t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  <w:t>Don't change its colours.</w:t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  <w:t>Don't add shadows, outlines or other effects.</w:t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  <w:t>Don't rotate or tilt it.</w:t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  <w:t>Don't put it on a busy photo without a plain panel behind it.</w:t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  <w:t>Don't retype the name in another font.</w:t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  <w:t>Don't rearrange or separate its parts.</w:t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trHeight w:val="567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24"/>
              </w:rPr>
              <w:t xml:space="preserve">☐  </w:t>
            </w:r>
            <w:r>
              <w:rPr>
                <w:b w:val="0"/>
                <w:i w:val="0"/>
                <w:sz w:val="21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2268"/>
        </w:trPr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Paste a mistake you've seen, and say what's wrong</w:t>
            </w:r>
          </w:p>
        </w:tc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Paste another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06  </w:t>
      </w:r>
      <w:r>
        <w:rPr>
          <w:b w:val="0"/>
          <w:i w:val="0"/>
        </w:rPr>
        <w:t>Colour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Exact colour codes, so the website, the van and the printed leaflets all match. Screens use HEX and RGB; printers use CMYK, and some use Pantone.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rHeight w:val="1020"/>
        </w:trPr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>Colour here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>Colour here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>Colour here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i w:val="0"/>
                <w:sz w:val="19"/>
              </w:rPr>
              <w:t>Main colour</w:t>
            </w:r>
          </w:p>
        </w:tc>
        <w:tc>
          <w:tcPr>
            <w:tcW w:type="dxa" w:w="3289"/>
          </w:tcPr>
          <w:p>
            <w:r>
              <w:rPr>
                <w:b/>
                <w:i w:val="0"/>
                <w:sz w:val="19"/>
              </w:rPr>
              <w:t>Second colour</w:t>
            </w:r>
          </w:p>
        </w:tc>
        <w:tc>
          <w:tcPr>
            <w:tcW w:type="dxa" w:w="3289"/>
          </w:tcPr>
          <w:p>
            <w:r>
              <w:rPr>
                <w:b/>
                <w:i w:val="0"/>
                <w:sz w:val="19"/>
              </w:rPr>
              <w:t>Accent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Name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Name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Name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HEX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HEX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HEX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RGB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RGB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RGB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CMYK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CMYK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CMYK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Pantone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Pantone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Pantone  </w:t>
            </w:r>
          </w:p>
        </w:tc>
      </w:tr>
      <w:tr>
        <w:trPr>
          <w:trHeight w:val="1020"/>
        </w:trPr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>Colour here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>Colour here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>Colour here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i w:val="0"/>
                <w:sz w:val="19"/>
              </w:rPr>
              <w:t>Dark neutral</w:t>
            </w:r>
          </w:p>
        </w:tc>
        <w:tc>
          <w:tcPr>
            <w:tcW w:type="dxa" w:w="3289"/>
          </w:tcPr>
          <w:p>
            <w:r>
              <w:rPr>
                <w:b/>
                <w:i w:val="0"/>
                <w:sz w:val="19"/>
              </w:rPr>
              <w:t>Light neutral</w:t>
            </w:r>
          </w:p>
        </w:tc>
        <w:tc>
          <w:tcPr>
            <w:tcW w:type="dxa" w:w="3289"/>
          </w:tcPr>
          <w:p>
            <w:r>
              <w:rPr>
                <w:b/>
                <w:i w:val="0"/>
                <w:sz w:val="19"/>
              </w:rPr>
              <w:t>Background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Name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Name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Name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HEX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HEX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HEX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RGB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RGB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RGB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CMYK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CMYK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CMYK  </w:t>
            </w:r>
          </w:p>
        </w:tc>
      </w:tr>
      <w:t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Pantone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Pantone  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color w:val="8A877F"/>
                <w:sz w:val="16"/>
              </w:rPr>
              <w:t xml:space="preserve">Pantone  </w:t>
            </w:r>
          </w:p>
        </w:tc>
      </w:tr>
    </w:tbl>
    <w:p/>
    <w:p>
      <w:pPr>
        <w:pStyle w:val="Heading2"/>
      </w:pPr>
      <w:r>
        <w:t>How much of each colour to use</w:t>
      </w:r>
    </w:p>
    <w:p>
      <w:r>
        <w:rPr>
          <w:b w:val="0"/>
          <w:i w:val="0"/>
          <w:color w:val="8A877F"/>
          <w:sz w:val="17"/>
        </w:rPr>
        <w:t>e.g. mostly light neutral; main colour for headings and buttons; accent only for small details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r>
        <w:rPr>
          <w:b w:val="0"/>
          <w:i w:val="0"/>
          <w:color w:val="5E5C56"/>
          <w:sz w:val="17"/>
        </w:rPr>
        <w:t>Text must stand out from its background. The web accessibility guidelines (WCAG 2.2) ask for a contrast ratio of at least 4.5:1 for normal-sized text. Free contrast checkers online will tell you the ratio for any two colours.</w:t>
      </w:r>
    </w:p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07  </w:t>
      </w:r>
      <w:r>
        <w:rPr>
          <w:b w:val="0"/>
          <w:i w:val="0"/>
        </w:rPr>
        <w:t>Fonts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The typefaces that make everything recognisably yours, and the everyday ones to use when the brand fonts aren't installed.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Used for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Font and weight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Where it comes from and its licence</w:t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Headings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Body text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Word, email and anything without the brand fonts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pStyle w:val="Heading2"/>
      </w:pPr>
      <w:r>
        <w:t>Heading size in documents</w:t>
      </w:r>
    </w:p>
    <w:p>
      <w:r>
        <w:rPr>
          <w:b w:val="0"/>
          <w:i w:val="0"/>
          <w:color w:val="8A877F"/>
          <w:sz w:val="17"/>
        </w:rPr>
        <w:t>e.g. 20 pt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Body text size in documents</w:t>
      </w:r>
    </w:p>
    <w:p>
      <w:r>
        <w:rPr>
          <w:b w:val="0"/>
          <w:i w:val="0"/>
          <w:color w:val="8A877F"/>
          <w:sz w:val="17"/>
        </w:rPr>
        <w:t>e.g. 11 pt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2268"/>
        </w:trPr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Sample of the heading font</w:t>
            </w:r>
          </w:p>
        </w:tc>
        <w:tc>
          <w:tcPr>
            <w:tcW w:type="dxa" w:w="4933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Sample of the body font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08  </w:t>
      </w:r>
      <w:r>
        <w:rPr>
          <w:b w:val="0"/>
          <w:i w:val="0"/>
        </w:rPr>
        <w:t>Photos and images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Describes the pictures that look like you, and the ones that don't, so a new photo or post fits with the rest.</w:t>
            </w:r>
          </w:p>
        </w:tc>
      </w:tr>
    </w:tbl>
    <w:p>
      <w:pPr>
        <w:pStyle w:val="Heading2"/>
      </w:pPr>
      <w:r>
        <w:t>Our photos show</w:t>
      </w:r>
    </w:p>
    <w:p>
      <w:r>
        <w:rPr>
          <w:b w:val="0"/>
          <w:i w:val="0"/>
          <w:color w:val="8A877F"/>
          <w:sz w:val="17"/>
        </w:rPr>
        <w:t>e.g. real jobs, our team and our premises, in natural light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We avoid</w:t>
      </w:r>
    </w:p>
    <w:p>
      <w:r>
        <w:rPr>
          <w:b w:val="0"/>
          <w:i w:val="0"/>
          <w:color w:val="8A877F"/>
          <w:sz w:val="17"/>
        </w:rPr>
        <w:t>e.g. obvious stock photos, cluttered backgrounds, heavy filters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Before using a photo of a customer, their home or a member of staff</w:t>
      </w:r>
    </w:p>
    <w:p>
      <w:r>
        <w:rPr>
          <w:b w:val="0"/>
          <w:i w:val="0"/>
          <w:color w:val="8A877F"/>
          <w:sz w:val="17"/>
        </w:rPr>
        <w:t>who asks for permission, and how it's recorded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rHeight w:val="2268"/>
        </w:trPr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Example photo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Example photo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Example photo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09  </w:t>
      </w:r>
      <w:r>
        <w:rPr>
          <w:b w:val="0"/>
          <w:i w:val="0"/>
        </w:rPr>
        <w:t>How we sound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How we write and speak, so a social post, an email and a quote all sound like the same business.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We are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But we're not</w:t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/>
                <w:color w:val="8A877F"/>
                <w:sz w:val="19"/>
              </w:rPr>
              <w:t>e.g. Friendly</w:t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/>
                <w:color w:val="8A877F"/>
                <w:sz w:val="19"/>
              </w:rPr>
              <w:t>Over-familiar</w:t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933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pStyle w:val="Heading2"/>
      </w:pPr>
      <w:r>
        <w:t>Words we use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Words we avoid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How we answer the phone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How we sign off an email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pPr>
        <w:pStyle w:val="Heading2"/>
      </w:pPr>
      <w:r>
        <w:t>An example post, written our way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  <w:tr>
        <w:trPr>
          <w:trHeight w:val="454"/>
        </w:trPr>
        <w:tc>
          <w:tcPr>
            <w:tcW w:type="dxa" w:w="9866"/>
            <w:tcBorders>
              <w:top w:val="nil"/>
              <w:left w:val="nil"/>
              <w:bottom w:val="single" w:sz="4" w:color="D9D6CE"/>
              <w:right w:val="nil"/>
            </w:tcBorders>
          </w:tcPr>
          <w:p/>
        </w:tc>
      </w:tr>
    </w:tbl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10  </w:t>
      </w:r>
      <w:r>
        <w:rPr>
          <w:b w:val="0"/>
          <w:i w:val="0"/>
        </w:rPr>
        <w:t>Putting it to use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Records what's already been decided for the things you use most, so nobody has to start from scratch.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Item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Logo version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Colours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Notes and supplier</w:t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Vans and vehicles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Workwear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Shop or site signs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Business cards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Email signature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Quotes and invoices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Social media profiles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Website</w:t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66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/>
    <w:p/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rHeight w:val="2268"/>
        </w:trPr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Photo or sketch of the van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Photo or sketch of the workwear</w:t>
            </w:r>
          </w:p>
        </w:tc>
        <w:tc>
          <w:tcPr>
            <w:tcW w:type="dxa" w:w="3289"/>
            <w:tcBorders>
              <w:top w:val="dashed" w:sz="6" w:color="B9B5AB"/>
              <w:left w:val="dashed" w:sz="6" w:color="B9B5AB"/>
              <w:bottom w:val="dashed" w:sz="6" w:color="B9B5AB"/>
              <w:right w:val="dashed" w:sz="6" w:color="B9B5AB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877F"/>
                <w:sz w:val="18"/>
              </w:rPr>
              <w:t>Photo or sketch of the sign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  <w:color w:val="C8361F"/>
        </w:rPr>
        <w:t xml:space="preserve">11  </w:t>
      </w:r>
      <w:r>
        <w:rPr>
          <w:b w:val="0"/>
          <w:i w:val="0"/>
        </w:rPr>
        <w:t>Files, contacts and changes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2F0EB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i w:val="0"/>
                <w:sz w:val="19"/>
              </w:rPr>
              <w:t xml:space="preserve">What this page is for. </w:t>
            </w:r>
            <w:r>
              <w:rPr>
                <w:b w:val="0"/>
                <w:i w:val="0"/>
                <w:color w:val="5E5C56"/>
                <w:sz w:val="19"/>
              </w:rPr>
              <w:t>Where everything is kept, who to call, and what has changed since the last version.</w:t>
            </w:r>
          </w:p>
        </w:tc>
      </w:tr>
    </w:tbl>
    <w:p>
      <w:pPr>
        <w:pStyle w:val="Heading2"/>
      </w:pPr>
      <w:r>
        <w:t>Files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What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Formats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Where it's kept</w:t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Logo files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SVG, PDF, PNG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Fonts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Templates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Photos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pStyle w:val="Heading2"/>
      </w:pPr>
      <w:r>
        <w:t>Contacts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Who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Name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Phone or email</w:t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Designer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Printer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Sign maker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Website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pStyle w:val="Heading2"/>
      </w:pPr>
      <w:r>
        <w:t>Changes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Version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Date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8" w:color="111110"/>
              <w:right w:val="nil"/>
            </w:tcBorders>
          </w:tcPr>
          <w:p>
            <w:r>
              <w:rPr>
                <w:b/>
                <w:i w:val="0"/>
                <w:sz w:val="18"/>
              </w:rPr>
              <w:t>What changed</w:t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1.0</w:t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  <w:t>First version</w:t>
            </w:r>
          </w:p>
        </w:tc>
      </w:tr>
      <w:tr>
        <w:trPr>
          <w:trHeight w:val="510"/>
        </w:trPr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89"/>
            <w:tcBorders>
              <w:top w:val="nil"/>
              <w:left w:val="nil"/>
              <w:bottom w:val="single" w:sz="4" w:color="D9D6CE"/>
              <w:right w:val="nil"/>
            </w:tcBorders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8A877F"/>
        <w:sz w:val="15"/>
      </w:rPr>
      <w:t>[Your business name] · Brand guidelines    ·    Free template from Nod &amp; Co · nodandco.co.uk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11111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11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11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1111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